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الخطاب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نور الهدى باديس/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9789953362151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