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الحضارات والمشهد الثقافي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الثقافة/ حوار الحضارات/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