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الصوتي التوليدي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الأصوات/ النظام الصوتي/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