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المعنى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صابر الحباشة/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9789953683577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اللسانيات/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