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وق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أحمد الد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90195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خطاب/ أصول الفق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