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الأخر في شعر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الخباز/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9789953363356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النقد الثقافي/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