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السيميائية والأدب المروي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نوزاد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النص/ الحكاية الشعبية/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