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غسان كنفاني و عبد الرحمن منيف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 مهدي المسعوي/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