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سميائيات الصورة الإشهارية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9789981254138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