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الديداوي/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التعريب/ الترجمة/ الترجمة التعريبية/ إصطلاحية المعرفة/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