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والسج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حيم حز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812545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