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رحلة الى الحرية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موسى حجيرات/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الروايات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