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Great expectations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Collector's Library/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16*10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9781904633075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