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elementry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9780521136204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