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covering gram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08006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