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Mrs Dalloway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9780140623284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