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Around the world in eighty day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Jules Verne/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9771604074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