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Howards end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E.M.Forster/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Longman Literature Guides/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9780582792432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