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الحميد بن الشيخ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9789961948309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تنافسية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