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classes d'equations et systèmes d'équations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mesloub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