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السيميائيات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فيصل الأحمر/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9789953877150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