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المهجر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صابر عبد الدايم/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الأدباء العرب/ المهجر/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