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أضواء على المسرح المدرسي ودراما الطفل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جمال محمد النواصرة/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الحامد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275ص.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9789957324858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الدراما/ المسرح المدرسي/ الأطفال/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