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مختلف للأدب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الأدب/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