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الصوتية والدلالية في المباني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سعاد بسناسي/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المنصوبات/ المرفوعات/ المجرورات/ التنازع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