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اللغة الربط بين اللغة والفكر والصوت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اللغة/ الأصوات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