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الحياة الحب والحب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