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أدبية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د.محمد غنيمي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نهضة مصر/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المقارن/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