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العروض والبلاغة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الأوزان الشعرية/ الزحاف/ التعبير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