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ونماذج في مذاهب الشعر ونقده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غنيمي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نهضة مصر/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النقد/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