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الرومانتيكية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غنيمي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نهضة مصر/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6221133308359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المذاهب الأدبية/ الرومانتيكية/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