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زمن المحنة في سرد الكاتبة الجزائرية - دراسة نقدية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فريدة إبراهيم بن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الراوي/ التشكيل الزمني/ التشكيل المكاني/ الرؤية السردية/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