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فن المقالة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أد. صابر عبد الدايم/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المقالة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