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كتابة القصة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فؤاد قنديل/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6222006311308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