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الشعر ... صورة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مفرح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