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فنون الأدب المعاصر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أد. صابر عبد الدايم/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الكتاب الحديث/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293ص.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800692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الأدب العربي/ الأدب المعاصر/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