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 النحوي والمعنى الدلالي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خالد اسماعيل حسان/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اللسانيات/ النحو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