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القصة العربية القصيرة : قضايا ورؤى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حسين عيد/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القصة القصيرة/ القصة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