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أصول فقه اللغة اللهجات والتعريب والازدواج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فقه اللغة/ اللهجات/ 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