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سابق بن عبد الله البرب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بدر ضي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شاع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