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عبقري اللغويين : أبو الفتح عثمان بن جني 321ه - 392ه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أد. عبد الغفار حامد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الفكر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507ص.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800607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اللغة العربية/ الأصوات اللغوية/ النحو/ اللهجات/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