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اللهجات العربية : نشأة وتطورا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أد. عبد الغفار حامد هلال/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الفكر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اللهجات/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