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اللسانيات الإجتماعية عند العرب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أد. هادي نهر/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9789957790288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اللسانيات/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