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المفصل في الأضداد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أنطونيوس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الأضداد/ معجم/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