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رجمة الفورية الموضوعي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336961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