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اللسانيات وعلم اللغة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أد. عبد المعطي جاب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اللسانيات/ اللغات/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