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معالم البحث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عبد الرحمن عبد الحميد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البحث العلمي/ علم النفس الإجتماعي/ منهج البحث/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