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في التحكي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يسى الوري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ز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هجات/ اللغة العامية/ المعا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