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الهروب الى المجهول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منسي/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