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جدور الحضارة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خلف عبد الجواد/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